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82B9E" w14:textId="77777777" w:rsidR="008E7908" w:rsidRDefault="00000000">
      <w:pPr>
        <w:spacing w:after="40"/>
        <w:jc w:val="center"/>
      </w:pPr>
      <w:r>
        <w:rPr>
          <w:noProof/>
        </w:rPr>
        <w:drawing>
          <wp:inline distT="0" distB="0" distL="0" distR="0" wp14:anchorId="4D1BC8C6" wp14:editId="3DF2345D">
            <wp:extent cx="3657600" cy="731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rrent-tftu-print-lockup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E0AD0" w14:textId="77777777" w:rsidR="008E7908" w:rsidRDefault="00000000">
      <w:pPr>
        <w:spacing w:after="40"/>
        <w:jc w:val="center"/>
      </w:pPr>
      <w:r>
        <w:rPr>
          <w:b/>
          <w:sz w:val="34"/>
        </w:rPr>
        <w:t>HARMADIK KOR EGYETEME</w:t>
      </w:r>
    </w:p>
    <w:p w14:paraId="6E91B32A" w14:textId="77777777" w:rsidR="008E7908" w:rsidRDefault="00000000">
      <w:pPr>
        <w:spacing w:after="40"/>
        <w:jc w:val="center"/>
      </w:pPr>
      <w:r>
        <w:rPr>
          <w:b/>
          <w:sz w:val="36"/>
        </w:rPr>
        <w:t>JELENTKEZÉSI LAP</w:t>
      </w:r>
    </w:p>
    <w:p w14:paraId="669337C9" w14:textId="77777777" w:rsidR="008E7908" w:rsidRDefault="00000000">
      <w:pPr>
        <w:jc w:val="center"/>
      </w:pPr>
      <w:r>
        <w:rPr>
          <w:b/>
          <w:sz w:val="26"/>
        </w:rPr>
        <w:t>2026/2027-es tanév</w:t>
      </w:r>
    </w:p>
    <w:p w14:paraId="38CFF8A8" w14:textId="77777777" w:rsidR="008E7908" w:rsidRDefault="00000000">
      <w:pPr>
        <w:spacing w:after="140"/>
      </w:pPr>
      <w:r>
        <w:rPr>
          <w:b/>
          <w:sz w:val="22"/>
        </w:rPr>
        <w:t xml:space="preserve">Felvételi feltételek: </w:t>
      </w:r>
      <w:r>
        <w:rPr>
          <w:sz w:val="22"/>
        </w:rPr>
        <w:t>érettségivel befejezett középiskolai végzettség és betöltött 40. életév. Rokkantsági nyugdíjasok esetében az életkori feltétel alól kivétel adható.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8E7908" w14:paraId="46E2E99C" w14:textId="77777777">
        <w:trPr>
          <w:jc w:val="center"/>
        </w:trPr>
        <w:tc>
          <w:tcPr>
            <w:tcW w:w="10370" w:type="dxa"/>
            <w:shd w:val="clear" w:color="auto" w:fill="EDEDED"/>
            <w:tcMar>
              <w:top w:w="125" w:type="dxa"/>
              <w:left w:w="145" w:type="dxa"/>
              <w:bottom w:w="125" w:type="dxa"/>
              <w:right w:w="145" w:type="dxa"/>
            </w:tcMar>
          </w:tcPr>
          <w:p w14:paraId="1D830852" w14:textId="77777777" w:rsidR="008E7908" w:rsidRDefault="00000000">
            <w:pPr>
              <w:spacing w:after="0"/>
            </w:pPr>
            <w:r>
              <w:rPr>
                <w:b/>
                <w:color w:val="2D2D2D"/>
                <w:sz w:val="28"/>
              </w:rPr>
              <w:t>1. Válassza ki a programot</w:t>
            </w:r>
          </w:p>
        </w:tc>
      </w:tr>
    </w:tbl>
    <w:p w14:paraId="0A28EBE1" w14:textId="77777777" w:rsidR="008E7908" w:rsidRDefault="008E7908">
      <w:pPr>
        <w:spacing w:after="20"/>
      </w:pPr>
    </w:p>
    <w:p w14:paraId="5EEDC0EC" w14:textId="77777777" w:rsidR="008E7908" w:rsidRDefault="00000000">
      <w:pPr>
        <w:spacing w:after="60"/>
      </w:pPr>
      <w:r>
        <w:rPr>
          <w:b/>
          <w:sz w:val="26"/>
        </w:rPr>
        <w:t>Magyar nyelvű teológiai képzési program</w:t>
      </w:r>
    </w:p>
    <w:p w14:paraId="620F01B0" w14:textId="77777777" w:rsidR="008E7908" w:rsidRDefault="00000000">
      <w:pPr>
        <w:spacing w:after="20"/>
        <w:ind w:left="113"/>
      </w:pPr>
      <w:r>
        <w:rPr>
          <w:rFonts w:ascii="Consolas" w:hAnsi="Consolas"/>
          <w:sz w:val="25"/>
        </w:rPr>
        <w:t>[       ]</w:t>
      </w:r>
      <w:r>
        <w:t xml:space="preserve">  Magyar nyelvű teológia</w:t>
      </w:r>
    </w:p>
    <w:p w14:paraId="74C0A29D" w14:textId="77777777" w:rsidR="008E7908" w:rsidRDefault="00000000">
      <w:pPr>
        <w:spacing w:after="20"/>
        <w:ind w:left="113"/>
      </w:pPr>
      <w:r>
        <w:rPr>
          <w:rFonts w:ascii="Consolas" w:hAnsi="Consolas"/>
          <w:sz w:val="25"/>
        </w:rPr>
        <w:t>Tervezett oktatási napok:</w:t>
      </w:r>
    </w:p>
    <w:p w14:paraId="1D2B4D89" w14:textId="77777777" w:rsidR="008E7908" w:rsidRDefault="00000000">
      <w:pPr>
        <w:spacing w:after="20"/>
        <w:ind w:left="113"/>
      </w:pPr>
      <w:r>
        <w:rPr>
          <w:rFonts w:ascii="Consolas" w:hAnsi="Consolas"/>
          <w:sz w:val="25"/>
        </w:rPr>
        <w:t>2026. október 24. · 2026. november 28. · 2027. február 6.</w:t>
      </w:r>
      <w:r>
        <w:rPr>
          <w:rFonts w:ascii="Consolas" w:hAnsi="Consolas"/>
          <w:sz w:val="25"/>
        </w:rPr>
        <w:br/>
        <w:t>2027. március 6. · 2027. április 10. · 2027. május 5.</w:t>
      </w:r>
    </w:p>
    <w:p w14:paraId="69DE6476" w14:textId="77777777" w:rsidR="008E7908" w:rsidRDefault="008E7908">
      <w:pPr>
        <w:spacing w:after="20"/>
        <w:ind w:left="113"/>
      </w:pPr>
    </w:p>
    <w:p w14:paraId="13C0FA75" w14:textId="77777777" w:rsidR="008E7908" w:rsidRDefault="00000000">
      <w:pPr>
        <w:spacing w:before="20"/>
      </w:pPr>
      <w:r>
        <w:rPr>
          <w:i/>
        </w:rPr>
        <w:t>Az X jelet beírhatja a négyzetbe Wordben, vagy nyomtatás után kézzel is megjelölheti.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8E7908" w14:paraId="7270AE94" w14:textId="77777777">
        <w:trPr>
          <w:jc w:val="center"/>
        </w:trPr>
        <w:tc>
          <w:tcPr>
            <w:tcW w:w="10370" w:type="dxa"/>
            <w:shd w:val="clear" w:color="auto" w:fill="EDEDED"/>
            <w:tcMar>
              <w:top w:w="125" w:type="dxa"/>
              <w:left w:w="145" w:type="dxa"/>
              <w:bottom w:w="125" w:type="dxa"/>
              <w:right w:w="145" w:type="dxa"/>
            </w:tcMar>
          </w:tcPr>
          <w:p w14:paraId="6D550A15" w14:textId="77777777" w:rsidR="008E7908" w:rsidRDefault="00000000">
            <w:pPr>
              <w:spacing w:after="0"/>
            </w:pPr>
            <w:r>
              <w:rPr>
                <w:b/>
                <w:color w:val="2D2D2D"/>
                <w:sz w:val="28"/>
              </w:rPr>
              <w:t>2. A jelentkező adatai</w:t>
            </w:r>
          </w:p>
        </w:tc>
      </w:tr>
    </w:tbl>
    <w:p w14:paraId="67E653C8" w14:textId="77777777" w:rsidR="008E7908" w:rsidRDefault="008E7908">
      <w:pPr>
        <w:spacing w:after="20"/>
      </w:pP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350"/>
      </w:tblGrid>
      <w:tr w:rsidR="008E7908" w14:paraId="0711AD8A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0A290EC7" w14:textId="77777777" w:rsidR="008E7908" w:rsidRDefault="00000000">
            <w:pPr>
              <w:spacing w:after="0"/>
            </w:pPr>
            <w:r>
              <w:rPr>
                <w:b/>
              </w:rPr>
              <w:t>Megszólítás, családi és utónév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428AA14" w14:textId="77777777" w:rsidR="008E7908" w:rsidRDefault="00000000">
            <w:pPr>
              <w:spacing w:after="0"/>
            </w:pPr>
            <w:r>
              <w:t xml:space="preserve"> </w:t>
            </w:r>
          </w:p>
        </w:tc>
      </w:tr>
      <w:tr w:rsidR="008E7908" w14:paraId="01486D03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C3B4CAA" w14:textId="77777777" w:rsidR="008E7908" w:rsidRDefault="00000000">
            <w:pPr>
              <w:spacing w:after="0"/>
            </w:pPr>
            <w:r>
              <w:rPr>
                <w:b/>
              </w:rPr>
              <w:t>Születési név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9F9052E" w14:textId="77777777" w:rsidR="008E7908" w:rsidRDefault="00000000">
            <w:pPr>
              <w:spacing w:after="0"/>
            </w:pPr>
            <w:r>
              <w:t xml:space="preserve"> </w:t>
            </w:r>
          </w:p>
        </w:tc>
      </w:tr>
      <w:tr w:rsidR="008E7908" w14:paraId="0988CF59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528AC183" w14:textId="77777777" w:rsidR="008E7908" w:rsidRDefault="00000000">
            <w:pPr>
              <w:spacing w:after="0"/>
            </w:pPr>
            <w:r>
              <w:rPr>
                <w:b/>
              </w:rPr>
              <w:t>Születési idő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302EABFD" w14:textId="77777777" w:rsidR="008E7908" w:rsidRDefault="00000000">
            <w:pPr>
              <w:spacing w:after="0"/>
            </w:pPr>
            <w:r>
              <w:t xml:space="preserve"> </w:t>
            </w:r>
          </w:p>
        </w:tc>
      </w:tr>
      <w:tr w:rsidR="008E7908" w14:paraId="050A84D6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08732EA" w14:textId="77777777" w:rsidR="008E7908" w:rsidRDefault="00000000">
            <w:pPr>
              <w:spacing w:after="0"/>
            </w:pPr>
            <w:r>
              <w:rPr>
                <w:b/>
              </w:rPr>
              <w:t>Születési hely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3DB933F1" w14:textId="77777777" w:rsidR="008E7908" w:rsidRDefault="00000000">
            <w:pPr>
              <w:spacing w:after="0"/>
            </w:pPr>
            <w:r>
              <w:t xml:space="preserve"> </w:t>
            </w:r>
          </w:p>
        </w:tc>
      </w:tr>
      <w:tr w:rsidR="008E7908" w14:paraId="1A2EC512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F96C8E0" w14:textId="77777777" w:rsidR="008E7908" w:rsidRDefault="00000000">
            <w:pPr>
              <w:spacing w:after="0"/>
            </w:pPr>
            <w:r>
              <w:rPr>
                <w:b/>
              </w:rPr>
              <w:t>Állandó lakóhely (utca, házszám)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56A52FFC" w14:textId="77777777" w:rsidR="008E7908" w:rsidRDefault="00000000">
            <w:pPr>
              <w:spacing w:after="0"/>
            </w:pPr>
            <w:r>
              <w:t xml:space="preserve"> </w:t>
            </w:r>
          </w:p>
        </w:tc>
      </w:tr>
      <w:tr w:rsidR="008E7908" w14:paraId="66C37D7F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0F4AF3F2" w14:textId="77777777" w:rsidR="008E7908" w:rsidRDefault="00000000">
            <w:pPr>
              <w:spacing w:after="0"/>
            </w:pPr>
            <w:r>
              <w:rPr>
                <w:b/>
              </w:rPr>
              <w:t>Település és irányítószám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97D4B6D" w14:textId="77777777" w:rsidR="008E7908" w:rsidRDefault="00000000">
            <w:pPr>
              <w:spacing w:after="0"/>
            </w:pPr>
            <w:r>
              <w:t xml:space="preserve"> </w:t>
            </w:r>
          </w:p>
        </w:tc>
      </w:tr>
      <w:tr w:rsidR="008E7908" w14:paraId="6380DCB1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4B2565D" w14:textId="77777777" w:rsidR="008E7908" w:rsidRDefault="00000000">
            <w:pPr>
              <w:spacing w:after="0"/>
            </w:pPr>
            <w:r>
              <w:rPr>
                <w:b/>
              </w:rPr>
              <w:t>Telefon / mobil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8A816D5" w14:textId="77777777" w:rsidR="008E7908" w:rsidRDefault="00000000">
            <w:pPr>
              <w:spacing w:after="0"/>
            </w:pPr>
            <w:r>
              <w:t xml:space="preserve"> </w:t>
            </w:r>
          </w:p>
        </w:tc>
      </w:tr>
      <w:tr w:rsidR="008E7908" w14:paraId="36FDBA87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19F611E" w14:textId="77777777" w:rsidR="008E7908" w:rsidRDefault="00000000">
            <w:pPr>
              <w:spacing w:after="0"/>
            </w:pPr>
            <w:r>
              <w:rPr>
                <w:b/>
              </w:rPr>
              <w:t>E-mail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3A5DAE8A" w14:textId="77777777" w:rsidR="008E7908" w:rsidRDefault="00000000">
            <w:pPr>
              <w:spacing w:after="0"/>
            </w:pPr>
            <w:r>
              <w:t xml:space="preserve"> </w:t>
            </w:r>
          </w:p>
        </w:tc>
      </w:tr>
    </w:tbl>
    <w:p w14:paraId="3EE99114" w14:textId="0FC4B7F6" w:rsidR="008E7908" w:rsidRDefault="008E7908"/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350"/>
      </w:tblGrid>
      <w:tr w:rsidR="008E7908" w14:paraId="7FA4E301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75" w:type="dxa"/>
              <w:left w:w="130" w:type="dxa"/>
              <w:bottom w:w="175" w:type="dxa"/>
              <w:right w:w="130" w:type="dxa"/>
            </w:tcMar>
            <w:vAlign w:val="center"/>
          </w:tcPr>
          <w:p w14:paraId="216F8369" w14:textId="77777777" w:rsidR="008E7908" w:rsidRDefault="00000000">
            <w:pPr>
              <w:spacing w:after="0"/>
            </w:pPr>
            <w:r>
              <w:rPr>
                <w:b/>
              </w:rPr>
              <w:t>Hely és dátum</w:t>
            </w:r>
          </w:p>
        </w:tc>
        <w:tc>
          <w:tcPr>
            <w:tcW w:w="6350" w:type="dxa"/>
            <w:tcMar>
              <w:top w:w="175" w:type="dxa"/>
              <w:left w:w="130" w:type="dxa"/>
              <w:bottom w:w="175" w:type="dxa"/>
              <w:right w:w="130" w:type="dxa"/>
            </w:tcMar>
            <w:vAlign w:val="center"/>
          </w:tcPr>
          <w:p w14:paraId="4E111023" w14:textId="77777777" w:rsidR="008E7908" w:rsidRDefault="00000000">
            <w:pPr>
              <w:spacing w:after="0"/>
            </w:pPr>
            <w:r>
              <w:t xml:space="preserve"> </w:t>
            </w:r>
          </w:p>
        </w:tc>
      </w:tr>
      <w:tr w:rsidR="008E7908" w14:paraId="0B0F8773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75" w:type="dxa"/>
              <w:left w:w="130" w:type="dxa"/>
              <w:bottom w:w="175" w:type="dxa"/>
              <w:right w:w="130" w:type="dxa"/>
            </w:tcMar>
            <w:vAlign w:val="center"/>
          </w:tcPr>
          <w:p w14:paraId="73A5AAD3" w14:textId="77777777" w:rsidR="008E7908" w:rsidRDefault="00000000">
            <w:pPr>
              <w:spacing w:after="0"/>
            </w:pPr>
            <w:r>
              <w:rPr>
                <w:b/>
              </w:rPr>
              <w:t>A jelentkező aláírása</w:t>
            </w:r>
          </w:p>
        </w:tc>
        <w:tc>
          <w:tcPr>
            <w:tcW w:w="6350" w:type="dxa"/>
            <w:tcMar>
              <w:top w:w="175" w:type="dxa"/>
              <w:left w:w="130" w:type="dxa"/>
              <w:bottom w:w="175" w:type="dxa"/>
              <w:right w:w="130" w:type="dxa"/>
            </w:tcMar>
            <w:vAlign w:val="center"/>
          </w:tcPr>
          <w:p w14:paraId="35975E75" w14:textId="77777777" w:rsidR="008E7908" w:rsidRDefault="00000000">
            <w:pPr>
              <w:spacing w:after="0"/>
            </w:pPr>
            <w:r>
              <w:t xml:space="preserve"> </w:t>
            </w:r>
          </w:p>
        </w:tc>
      </w:tr>
    </w:tbl>
    <w:p w14:paraId="6DCBEB31" w14:textId="77777777" w:rsidR="008E7908" w:rsidRDefault="008E7908">
      <w:pPr>
        <w:spacing w:after="60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8E7908" w14:paraId="08F3E2F7" w14:textId="77777777">
        <w:trPr>
          <w:jc w:val="center"/>
        </w:trPr>
        <w:tc>
          <w:tcPr>
            <w:tcW w:w="10370" w:type="dxa"/>
            <w:shd w:val="clear" w:color="auto" w:fill="EDEDED"/>
            <w:tcMar>
              <w:top w:w="125" w:type="dxa"/>
              <w:left w:w="145" w:type="dxa"/>
              <w:bottom w:w="125" w:type="dxa"/>
              <w:right w:w="145" w:type="dxa"/>
            </w:tcMar>
          </w:tcPr>
          <w:p w14:paraId="430A9B48" w14:textId="77777777" w:rsidR="008E7908" w:rsidRDefault="00000000">
            <w:pPr>
              <w:spacing w:after="0"/>
            </w:pPr>
            <w:r>
              <w:rPr>
                <w:b/>
                <w:color w:val="2D2D2D"/>
                <w:sz w:val="28"/>
              </w:rPr>
              <w:lastRenderedPageBreak/>
              <w:t>3. A jelentkezési lap benyújtása</w:t>
            </w:r>
          </w:p>
        </w:tc>
      </w:tr>
    </w:tbl>
    <w:p w14:paraId="0F56CDFD" w14:textId="77777777" w:rsidR="008E7908" w:rsidRDefault="008E7908">
      <w:pPr>
        <w:spacing w:after="20"/>
      </w:pPr>
    </w:p>
    <w:p w14:paraId="1029157D" w14:textId="77777777" w:rsidR="008E7908" w:rsidRDefault="00000000">
      <w:pPr>
        <w:spacing w:after="120"/>
      </w:pPr>
      <w:r>
        <w:rPr>
          <w:b/>
          <w:sz w:val="26"/>
        </w:rPr>
        <w:t>Legegyszerűbben e-mailben</w:t>
      </w:r>
      <w:r>
        <w:br/>
        <w:t xml:space="preserve">A kitöltött jelentkezési lapot legkésőbb 2026. október 10-ig küldje el a következő címre: </w:t>
      </w:r>
      <w:r>
        <w:rPr>
          <w:b/>
        </w:rPr>
        <w:t>miroslava.fabianova@truni.sk</w:t>
      </w:r>
    </w:p>
    <w:p w14:paraId="132A2731" w14:textId="77777777" w:rsidR="008E7908" w:rsidRDefault="00000000">
      <w:pPr>
        <w:spacing w:after="160"/>
      </w:pPr>
      <w:r>
        <w:rPr>
          <w:b/>
          <w:sz w:val="26"/>
        </w:rPr>
        <w:t>Alternatívaként postai úton</w:t>
      </w:r>
      <w:r>
        <w:br/>
        <w:t>Ing. Miroslava Fabianová</w:t>
      </w:r>
      <w:r>
        <w:br/>
        <w:t>A Nagyszombati Egyetem Teológiai Kara</w:t>
      </w:r>
      <w:r>
        <w:br/>
        <w:t>Kostolná 1, P. O. Box 173</w:t>
      </w:r>
      <w:r>
        <w:br/>
        <w:t>814 99 Bratislava</w:t>
      </w:r>
    </w:p>
    <w:p w14:paraId="532E40EA" w14:textId="77777777" w:rsidR="008E7908" w:rsidRDefault="00000000">
      <w:pPr>
        <w:spacing w:after="160"/>
      </w:pPr>
      <w:r>
        <w:t xml:space="preserve">Ha a jelentkezéssel vagy a program kiválasztásával kapcsolatban tanácsra van szüksége, hívja a </w:t>
      </w:r>
      <w:r>
        <w:rPr>
          <w:b/>
        </w:rPr>
        <w:t>02/52 77 54 31</w:t>
      </w:r>
      <w:r>
        <w:t xml:space="preserve"> telefonszámot 11.00 és 12.00 óra között.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8E7908" w14:paraId="50375218" w14:textId="77777777">
        <w:trPr>
          <w:jc w:val="center"/>
        </w:trPr>
        <w:tc>
          <w:tcPr>
            <w:tcW w:w="10370" w:type="dxa"/>
            <w:shd w:val="clear" w:color="auto" w:fill="EDEDED"/>
            <w:tcMar>
              <w:top w:w="125" w:type="dxa"/>
              <w:left w:w="145" w:type="dxa"/>
              <w:bottom w:w="125" w:type="dxa"/>
              <w:right w:w="145" w:type="dxa"/>
            </w:tcMar>
          </w:tcPr>
          <w:p w14:paraId="307D411A" w14:textId="77777777" w:rsidR="008E7908" w:rsidRDefault="00000000">
            <w:pPr>
              <w:spacing w:after="0"/>
            </w:pPr>
            <w:r>
              <w:rPr>
                <w:b/>
                <w:color w:val="2D2D2D"/>
                <w:sz w:val="28"/>
              </w:rPr>
              <w:t>4. Részvételi díj és fizetési adatok</w:t>
            </w:r>
          </w:p>
        </w:tc>
      </w:tr>
    </w:tbl>
    <w:p w14:paraId="75553FC7" w14:textId="77777777" w:rsidR="008E7908" w:rsidRDefault="008E7908">
      <w:pPr>
        <w:spacing w:after="20"/>
      </w:pPr>
    </w:p>
    <w:p w14:paraId="627CA60F" w14:textId="77777777" w:rsidR="008E7908" w:rsidRDefault="00000000">
      <w:pPr>
        <w:spacing w:after="120"/>
      </w:pPr>
      <w:r>
        <w:rPr>
          <w:b/>
        </w:rPr>
        <w:t>Részvételi díj: féléves ciklusonként 39 € (10 × 90 perc), a teljes tanévre 78 €. A program legalább 20 jelentkező esetén indul.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350"/>
      </w:tblGrid>
      <w:tr w:rsidR="008E7908" w14:paraId="02F2DF35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2FB7586" w14:textId="77777777" w:rsidR="008E7908" w:rsidRDefault="00000000">
            <w:pPr>
              <w:spacing w:after="0"/>
            </w:pPr>
            <w:r>
              <w:rPr>
                <w:b/>
              </w:rPr>
              <w:t>IBAN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3D87AFB" w14:textId="77777777" w:rsidR="008E7908" w:rsidRDefault="00000000">
            <w:pPr>
              <w:spacing w:after="0"/>
            </w:pPr>
            <w:r>
              <w:t>SK13 8180 0000 0070 0024 1236</w:t>
            </w:r>
          </w:p>
        </w:tc>
      </w:tr>
      <w:tr w:rsidR="008E7908" w14:paraId="5A26ABBD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3A699692" w14:textId="77777777" w:rsidR="008E7908" w:rsidRDefault="00000000">
            <w:pPr>
              <w:spacing w:after="0"/>
            </w:pPr>
            <w:r>
              <w:rPr>
                <w:b/>
              </w:rPr>
              <w:t>Számlatulajdonos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FC24038" w14:textId="77777777" w:rsidR="008E7908" w:rsidRDefault="00000000">
            <w:pPr>
              <w:spacing w:after="0"/>
            </w:pPr>
            <w:r>
              <w:t>Trnavská univerzita v Trnave</w:t>
            </w:r>
          </w:p>
        </w:tc>
      </w:tr>
      <w:tr w:rsidR="008E7908" w14:paraId="23C44FB1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8975432" w14:textId="77777777" w:rsidR="008E7908" w:rsidRDefault="00000000">
            <w:pPr>
              <w:spacing w:after="0"/>
            </w:pPr>
            <w:r>
              <w:rPr>
                <w:b/>
              </w:rPr>
              <w:t>Változó azonosító (variabilný symbol)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0085B02D" w14:textId="77777777" w:rsidR="008E7908" w:rsidRDefault="00000000">
            <w:pPr>
              <w:spacing w:after="0"/>
            </w:pPr>
            <w:r>
              <w:t>7104000600</w:t>
            </w:r>
          </w:p>
        </w:tc>
      </w:tr>
      <w:tr w:rsidR="008E7908" w14:paraId="5DEE67D6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3D320C9F" w14:textId="77777777" w:rsidR="008E7908" w:rsidRDefault="00000000">
            <w:pPr>
              <w:spacing w:after="0"/>
            </w:pPr>
            <w:r>
              <w:rPr>
                <w:b/>
              </w:rPr>
              <w:t>Egyedi azonosító (špecifický symbol)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41B1481" w14:textId="77777777" w:rsidR="008E7908" w:rsidRDefault="00000000">
            <w:pPr>
              <w:spacing w:after="0"/>
            </w:pPr>
            <w:r>
              <w:t>49906</w:t>
            </w:r>
          </w:p>
        </w:tc>
      </w:tr>
      <w:tr w:rsidR="008E7908" w14:paraId="1194ABB8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E1267D1" w14:textId="77777777" w:rsidR="008E7908" w:rsidRDefault="00000000">
            <w:pPr>
              <w:spacing w:after="0"/>
            </w:pPr>
            <w:r>
              <w:rPr>
                <w:b/>
              </w:rPr>
              <w:t>Állandó azonosító (konštantný symbol)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325860E" w14:textId="77777777" w:rsidR="008E7908" w:rsidRDefault="00000000">
            <w:pPr>
              <w:spacing w:after="0"/>
            </w:pPr>
            <w:r>
              <w:t>0308</w:t>
            </w:r>
          </w:p>
        </w:tc>
      </w:tr>
      <w:tr w:rsidR="008E7908" w14:paraId="6611A56D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0F8C6326" w14:textId="77777777" w:rsidR="008E7908" w:rsidRDefault="00000000">
            <w:pPr>
              <w:spacing w:after="0"/>
            </w:pPr>
            <w:r>
              <w:rPr>
                <w:b/>
              </w:rPr>
              <w:t>Közlemény a kedvezményezettnek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7C47037" w14:textId="77777777" w:rsidR="008E7908" w:rsidRDefault="00000000">
            <w:pPr>
              <w:spacing w:after="0"/>
            </w:pPr>
            <w:r>
              <w:t>Az Ön neve – UTV – BA – magyar teológia</w:t>
            </w:r>
          </w:p>
        </w:tc>
      </w:tr>
    </w:tbl>
    <w:p w14:paraId="4E043052" w14:textId="77777777" w:rsidR="008E7908" w:rsidRDefault="00000000">
      <w:pPr>
        <w:spacing w:before="160" w:after="60"/>
      </w:pPr>
      <w:r>
        <w:rPr>
          <w:b/>
        </w:rPr>
        <w:t>A jelentkezés a kitöltött jelentkezési lap beérkezésével és a részvételi díj befizetésével válik teljessé.</w:t>
      </w:r>
    </w:p>
    <w:p w14:paraId="11BE9EF2" w14:textId="77777777" w:rsidR="008E7908" w:rsidRDefault="00000000">
      <w:pPr>
        <w:spacing w:after="120"/>
      </w:pPr>
      <w:r>
        <w:t>Az egyes foglalkozásokról való távolmaradás nem jogosít a befizetett díj visszatérítésére.</w:t>
      </w:r>
    </w:p>
    <w:p w14:paraId="58E465A1" w14:textId="77777777" w:rsidR="008E7908" w:rsidRDefault="00000000">
      <w:pPr>
        <w:spacing w:before="200"/>
        <w:jc w:val="center"/>
      </w:pPr>
      <w:r>
        <w:rPr>
          <w:i/>
        </w:rPr>
        <w:t>A Nagyszombati Egyetem Teológiai Kara · Harmadik Kor Egyeteme · Pozsony</w:t>
      </w:r>
    </w:p>
    <w:sectPr w:rsidR="008E7908" w:rsidSect="0059475D">
      <w:pgSz w:w="12240" w:h="15840"/>
      <w:pgMar w:top="822" w:right="935" w:bottom="284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8489532">
    <w:abstractNumId w:val="8"/>
  </w:num>
  <w:num w:numId="2" w16cid:durableId="1014192747">
    <w:abstractNumId w:val="6"/>
  </w:num>
  <w:num w:numId="3" w16cid:durableId="1872450161">
    <w:abstractNumId w:val="5"/>
  </w:num>
  <w:num w:numId="4" w16cid:durableId="381254383">
    <w:abstractNumId w:val="4"/>
  </w:num>
  <w:num w:numId="5" w16cid:durableId="2082484299">
    <w:abstractNumId w:val="7"/>
  </w:num>
  <w:num w:numId="6" w16cid:durableId="24798089">
    <w:abstractNumId w:val="3"/>
  </w:num>
  <w:num w:numId="7" w16cid:durableId="1306278693">
    <w:abstractNumId w:val="2"/>
  </w:num>
  <w:num w:numId="8" w16cid:durableId="775298054">
    <w:abstractNumId w:val="1"/>
  </w:num>
  <w:num w:numId="9" w16cid:durableId="1558278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475D"/>
    <w:rsid w:val="008E7908"/>
    <w:rsid w:val="00AA1D8D"/>
    <w:rsid w:val="00B47730"/>
    <w:rsid w:val="00CB0664"/>
    <w:rsid w:val="00F354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249E3B"/>
  <w14:defaultImageDpi w14:val="300"/>
  <w15:docId w15:val="{240596A6-7F2C-4B7E-BEC2-AB865094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80" w:line="252" w:lineRule="auto"/>
    </w:pPr>
    <w:rPr>
      <w:rFonts w:ascii="Aptos" w:hAnsi="Aptos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Petra Žuffová</cp:lastModifiedBy>
  <cp:revision>2</cp:revision>
  <dcterms:created xsi:type="dcterms:W3CDTF">2013-12-23T23:15:00Z</dcterms:created>
  <dcterms:modified xsi:type="dcterms:W3CDTF">2026-09-03T04:50:00Z</dcterms:modified>
  <cp:category/>
</cp:coreProperties>
</file>