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F2F89" w14:textId="77777777" w:rsidR="00CB58F2" w:rsidRDefault="00000000">
      <w:pPr>
        <w:spacing w:after="20"/>
        <w:jc w:val="center"/>
      </w:pPr>
      <w:r>
        <w:rPr>
          <w:b/>
          <w:sz w:val="34"/>
        </w:rPr>
        <w:t>UNIVERZITA TRETIEHO VEKU</w:t>
      </w:r>
    </w:p>
    <w:p w14:paraId="6CAF85EA" w14:textId="77777777" w:rsidR="00CB58F2" w:rsidRDefault="00000000">
      <w:pPr>
        <w:spacing w:after="120"/>
        <w:jc w:val="center"/>
      </w:pPr>
      <w:r>
        <w:rPr>
          <w:b/>
          <w:sz w:val="26"/>
        </w:rPr>
        <w:t>Teologická fakulta Trnavskej univerzity</w:t>
      </w:r>
    </w:p>
    <w:p w14:paraId="24B15879" w14:textId="77777777" w:rsidR="00CB58F2" w:rsidRDefault="00000000">
      <w:pPr>
        <w:spacing w:after="20"/>
        <w:jc w:val="center"/>
      </w:pPr>
      <w:r>
        <w:rPr>
          <w:b/>
          <w:sz w:val="36"/>
        </w:rPr>
        <w:t>PRIHLÁŠKA NA VZDELÁVANIE</w:t>
      </w:r>
    </w:p>
    <w:p w14:paraId="429BD42D" w14:textId="77777777" w:rsidR="00CB58F2" w:rsidRDefault="00000000">
      <w:pPr>
        <w:spacing w:after="200"/>
        <w:jc w:val="center"/>
      </w:pPr>
      <w:r>
        <w:rPr>
          <w:b/>
          <w:sz w:val="26"/>
        </w:rPr>
        <w:t>akademický rok 2026/2027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CB58F2" w14:paraId="5E66062F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6F27A15B" w14:textId="77777777" w:rsidR="00CB58F2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t>1. Vyberte si program</w:t>
            </w:r>
          </w:p>
        </w:tc>
      </w:tr>
    </w:tbl>
    <w:p w14:paraId="0B082918" w14:textId="77777777" w:rsidR="00CB58F2" w:rsidRDefault="00CB58F2">
      <w:pPr>
        <w:spacing w:after="20"/>
      </w:pPr>
    </w:p>
    <w:p w14:paraId="531D4666" w14:textId="77777777" w:rsidR="00CB58F2" w:rsidRDefault="00000000">
      <w:pPr>
        <w:spacing w:after="120"/>
      </w:pPr>
      <w:r>
        <w:rPr>
          <w:b/>
          <w:sz w:val="26"/>
        </w:rPr>
        <w:t>Trojročný vzdelávací program teológie</w:t>
      </w:r>
    </w:p>
    <w:p w14:paraId="2522983D" w14:textId="447A8187" w:rsidR="00CB58F2" w:rsidRDefault="00000000">
      <w:pPr>
        <w:spacing w:after="100"/>
        <w:ind w:left="113"/>
      </w:pPr>
      <w:proofErr w:type="gramStart"/>
      <w:r>
        <w:rPr>
          <w:rFonts w:ascii="Consolas" w:hAnsi="Consolas"/>
          <w:sz w:val="25"/>
        </w:rPr>
        <w:t>[</w:t>
      </w:r>
      <w:r w:rsidR="009D0842">
        <w:rPr>
          <w:rFonts w:ascii="Consolas" w:hAnsi="Consolas"/>
          <w:sz w:val="25"/>
        </w:rPr>
        <w:t xml:space="preserve">  </w:t>
      </w:r>
      <w:r>
        <w:rPr>
          <w:rFonts w:ascii="Consolas" w:hAnsi="Consolas"/>
          <w:sz w:val="25"/>
        </w:rPr>
        <w:t>]</w:t>
      </w:r>
      <w:proofErr w:type="gramEnd"/>
      <w:r>
        <w:t xml:space="preserve">  1. ročník – Božie slovo</w:t>
      </w:r>
    </w:p>
    <w:p w14:paraId="3B372631" w14:textId="56BA2D4B" w:rsidR="00CB58F2" w:rsidRDefault="00000000">
      <w:pPr>
        <w:spacing w:after="100"/>
        <w:ind w:left="113"/>
      </w:pPr>
      <w:proofErr w:type="gramStart"/>
      <w:r>
        <w:rPr>
          <w:rFonts w:ascii="Consolas" w:hAnsi="Consolas"/>
          <w:sz w:val="25"/>
        </w:rPr>
        <w:t>[</w:t>
      </w:r>
      <w:r w:rsidR="009D0842">
        <w:rPr>
          <w:rFonts w:ascii="Consolas" w:hAnsi="Consolas"/>
          <w:sz w:val="25"/>
        </w:rPr>
        <w:t xml:space="preserve">  </w:t>
      </w:r>
      <w:r>
        <w:rPr>
          <w:rFonts w:ascii="Consolas" w:hAnsi="Consolas"/>
          <w:sz w:val="25"/>
        </w:rPr>
        <w:t>]</w:t>
      </w:r>
      <w:proofErr w:type="gramEnd"/>
      <w:r>
        <w:t xml:space="preserve">  2. ročník – Liturgia a sviatosti</w:t>
      </w:r>
    </w:p>
    <w:p w14:paraId="4DC0EAF6" w14:textId="3F6A5309" w:rsidR="00CB58F2" w:rsidRDefault="00000000">
      <w:pPr>
        <w:spacing w:after="100"/>
        <w:ind w:left="113"/>
      </w:pPr>
      <w:proofErr w:type="gramStart"/>
      <w:r>
        <w:rPr>
          <w:rFonts w:ascii="Consolas" w:hAnsi="Consolas"/>
          <w:sz w:val="25"/>
        </w:rPr>
        <w:t>[</w:t>
      </w:r>
      <w:r w:rsidR="009D0842">
        <w:rPr>
          <w:rFonts w:ascii="Consolas" w:hAnsi="Consolas"/>
          <w:sz w:val="25"/>
        </w:rPr>
        <w:t xml:space="preserve">  </w:t>
      </w:r>
      <w:r>
        <w:rPr>
          <w:rFonts w:ascii="Consolas" w:hAnsi="Consolas"/>
          <w:sz w:val="25"/>
        </w:rPr>
        <w:t>]</w:t>
      </w:r>
      <w:proofErr w:type="gramEnd"/>
      <w:r>
        <w:t xml:space="preserve">  3. ročník – Život v Kristovi (morálna teológia)</w:t>
      </w:r>
    </w:p>
    <w:p w14:paraId="7D02ABF1" w14:textId="77777777" w:rsidR="00CB58F2" w:rsidRDefault="00000000">
      <w:pPr>
        <w:spacing w:before="140" w:after="120"/>
      </w:pPr>
      <w:r>
        <w:rPr>
          <w:b/>
          <w:sz w:val="26"/>
        </w:rPr>
        <w:t>Špecializácie</w:t>
      </w:r>
    </w:p>
    <w:p w14:paraId="6A8B2ED0" w14:textId="43ACFD67" w:rsidR="00CB58F2" w:rsidRDefault="00000000">
      <w:pPr>
        <w:spacing w:after="100"/>
        <w:ind w:left="113"/>
      </w:pPr>
      <w:proofErr w:type="gramStart"/>
      <w:r>
        <w:rPr>
          <w:rFonts w:ascii="Consolas" w:hAnsi="Consolas"/>
          <w:sz w:val="25"/>
        </w:rPr>
        <w:t>[</w:t>
      </w:r>
      <w:r w:rsidR="009D0842">
        <w:rPr>
          <w:rFonts w:ascii="Consolas" w:hAnsi="Consolas"/>
          <w:sz w:val="25"/>
        </w:rPr>
        <w:t xml:space="preserve"> </w:t>
      </w:r>
      <w:r>
        <w:rPr>
          <w:rFonts w:ascii="Consolas" w:hAnsi="Consolas"/>
          <w:sz w:val="25"/>
        </w:rPr>
        <w:t> ]</w:t>
      </w:r>
      <w:proofErr w:type="gramEnd"/>
      <w:r>
        <w:t xml:space="preserve">  Cesta ku kresťanskej jednote – Dejiny, súčasnosť a budúcnosť ekumenizmu</w:t>
      </w:r>
    </w:p>
    <w:p w14:paraId="788FE1E9" w14:textId="4202F457" w:rsidR="00CB58F2" w:rsidRDefault="00000000">
      <w:pPr>
        <w:spacing w:after="100"/>
        <w:ind w:left="113"/>
      </w:pPr>
      <w:proofErr w:type="gramStart"/>
      <w:r>
        <w:rPr>
          <w:rFonts w:ascii="Consolas" w:hAnsi="Consolas"/>
          <w:sz w:val="25"/>
        </w:rPr>
        <w:t>[ </w:t>
      </w:r>
      <w:r w:rsidR="009D0842">
        <w:rPr>
          <w:rFonts w:ascii="Consolas" w:hAnsi="Consolas"/>
          <w:sz w:val="25"/>
        </w:rPr>
        <w:t xml:space="preserve"> </w:t>
      </w:r>
      <w:r>
        <w:rPr>
          <w:rFonts w:ascii="Consolas" w:hAnsi="Consolas"/>
          <w:sz w:val="25"/>
        </w:rPr>
        <w:t>]</w:t>
      </w:r>
      <w:proofErr w:type="gramEnd"/>
      <w:r>
        <w:t xml:space="preserve">  Cesta radosti – umenie vnímať</w:t>
      </w:r>
    </w:p>
    <w:p w14:paraId="42DAAD9E" w14:textId="77777777" w:rsidR="00CB58F2" w:rsidRDefault="00000000">
      <w:pPr>
        <w:spacing w:before="60" w:after="140"/>
      </w:pPr>
      <w:r>
        <w:rPr>
          <w:i/>
        </w:rPr>
        <w:t>Do políčka môžete vpísať X vo Worde alebo ho označiť rukou po vytlačení.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CB58F2" w14:paraId="648264D5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5A43578B" w14:textId="77777777" w:rsidR="00CB58F2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t>2. Údaje uchádzača</w:t>
            </w:r>
          </w:p>
        </w:tc>
      </w:tr>
    </w:tbl>
    <w:p w14:paraId="79632A73" w14:textId="77777777" w:rsidR="00CB58F2" w:rsidRDefault="00CB58F2">
      <w:pPr>
        <w:spacing w:after="20"/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350"/>
      </w:tblGrid>
      <w:tr w:rsidR="00CB58F2" w14:paraId="00888869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C606D45" w14:textId="77777777" w:rsidR="00CB58F2" w:rsidRDefault="00000000">
            <w:pPr>
              <w:spacing w:after="0"/>
            </w:pPr>
            <w:r>
              <w:rPr>
                <w:b/>
              </w:rPr>
              <w:t>Titul, meno a priezvisko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A4CD4B2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5D06FDF1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0E5CC29" w14:textId="77777777" w:rsidR="00CB58F2" w:rsidRDefault="00000000">
            <w:pPr>
              <w:spacing w:after="0"/>
            </w:pPr>
            <w:r>
              <w:rPr>
                <w:b/>
              </w:rPr>
              <w:t>Rodné priezvisko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AD5F438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77903CC5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048F6CA" w14:textId="77777777" w:rsidR="00CB58F2" w:rsidRDefault="00000000">
            <w:pPr>
              <w:spacing w:after="0"/>
            </w:pPr>
            <w:r>
              <w:rPr>
                <w:b/>
              </w:rPr>
              <w:t>Dátum narodenia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A30A755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505196E3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3784A0C" w14:textId="77777777" w:rsidR="00CB58F2" w:rsidRDefault="00000000">
            <w:pPr>
              <w:spacing w:after="0"/>
            </w:pPr>
            <w:r>
              <w:rPr>
                <w:b/>
              </w:rPr>
              <w:t>Miesto narodenia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8BDB18F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1AD9B93A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516576E" w14:textId="77777777" w:rsidR="00CB58F2" w:rsidRDefault="00000000">
            <w:pPr>
              <w:spacing w:after="0"/>
            </w:pPr>
            <w:r>
              <w:rPr>
                <w:b/>
              </w:rPr>
              <w:t>Adresa trvalého pobytu (ulica, číslo)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2525166A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07E5B44D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2DA39BF2" w14:textId="77777777" w:rsidR="00CB58F2" w:rsidRDefault="00000000">
            <w:pPr>
              <w:spacing w:after="0"/>
            </w:pPr>
            <w:r>
              <w:rPr>
                <w:b/>
              </w:rPr>
              <w:t>Obec a PSČ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8A25D64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26CAB283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242A1E7" w14:textId="77777777" w:rsidR="00CB58F2" w:rsidRDefault="00000000">
            <w:pPr>
              <w:spacing w:after="0"/>
            </w:pPr>
            <w:r>
              <w:rPr>
                <w:b/>
              </w:rPr>
              <w:t>Telefón / mobil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2149C9AD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552B71E8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92F1C10" w14:textId="77777777" w:rsidR="00CB58F2" w:rsidRDefault="00000000">
            <w:pPr>
              <w:spacing w:after="0"/>
            </w:pPr>
            <w:r>
              <w:rPr>
                <w:b/>
              </w:rPr>
              <w:t>E-mail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2F546ECD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</w:tbl>
    <w:p w14:paraId="7EBDBD66" w14:textId="266F7C73" w:rsidR="00CB58F2" w:rsidRDefault="00CB58F2"/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350"/>
      </w:tblGrid>
      <w:tr w:rsidR="00CB58F2" w14:paraId="20E0FC6D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5017F661" w14:textId="77777777" w:rsidR="00CB58F2" w:rsidRDefault="00000000">
            <w:pPr>
              <w:spacing w:after="0"/>
            </w:pPr>
            <w:r>
              <w:rPr>
                <w:b/>
              </w:rPr>
              <w:t>Miesto a dátum</w:t>
            </w:r>
          </w:p>
        </w:tc>
        <w:tc>
          <w:tcPr>
            <w:tcW w:w="6350" w:type="dxa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4253B8AF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  <w:tr w:rsidR="00CB58F2" w14:paraId="1F85C2B3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724095D2" w14:textId="77777777" w:rsidR="00CB58F2" w:rsidRDefault="00000000">
            <w:pPr>
              <w:spacing w:after="0"/>
            </w:pPr>
            <w:r>
              <w:rPr>
                <w:b/>
              </w:rPr>
              <w:t>Podpis uchádzača</w:t>
            </w:r>
          </w:p>
        </w:tc>
        <w:tc>
          <w:tcPr>
            <w:tcW w:w="6350" w:type="dxa"/>
            <w:tcMar>
              <w:top w:w="175" w:type="dxa"/>
              <w:left w:w="130" w:type="dxa"/>
              <w:bottom w:w="175" w:type="dxa"/>
              <w:right w:w="130" w:type="dxa"/>
            </w:tcMar>
            <w:vAlign w:val="center"/>
          </w:tcPr>
          <w:p w14:paraId="32C08A48" w14:textId="77777777" w:rsidR="00CB58F2" w:rsidRDefault="00000000">
            <w:pPr>
              <w:spacing w:after="0"/>
            </w:pPr>
            <w:r>
              <w:t xml:space="preserve"> </w:t>
            </w:r>
          </w:p>
        </w:tc>
      </w:tr>
    </w:tbl>
    <w:p w14:paraId="698B1EFF" w14:textId="6BBA4D8A" w:rsidR="009D0842" w:rsidRDefault="009D0842">
      <w:pPr>
        <w:spacing w:after="60"/>
      </w:pPr>
    </w:p>
    <w:p w14:paraId="653D8DEF" w14:textId="77777777" w:rsidR="009D0842" w:rsidRDefault="009D0842">
      <w:pPr>
        <w:spacing w:after="200" w:line="276" w:lineRule="auto"/>
      </w:pPr>
      <w:r>
        <w:br w:type="page"/>
      </w:r>
    </w:p>
    <w:p w14:paraId="6867A88E" w14:textId="77777777" w:rsidR="00CB58F2" w:rsidRDefault="00CB58F2">
      <w:pPr>
        <w:spacing w:after="60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CB58F2" w14:paraId="0A8888AA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193111E7" w14:textId="77777777" w:rsidR="00CB58F2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t>3. Ako podať prihlášku</w:t>
            </w:r>
          </w:p>
        </w:tc>
      </w:tr>
    </w:tbl>
    <w:p w14:paraId="32EF88A6" w14:textId="77777777" w:rsidR="00CB58F2" w:rsidRDefault="00CB58F2">
      <w:pPr>
        <w:spacing w:after="20"/>
      </w:pPr>
    </w:p>
    <w:p w14:paraId="2A5A0632" w14:textId="77777777" w:rsidR="00CB58F2" w:rsidRDefault="00000000">
      <w:pPr>
        <w:spacing w:after="160"/>
      </w:pPr>
      <w:r>
        <w:rPr>
          <w:b/>
          <w:sz w:val="26"/>
        </w:rPr>
        <w:t>Najjednoduchšie e-mailom</w:t>
      </w:r>
      <w:r>
        <w:br/>
        <w:t xml:space="preserve">Vyplnenú prihlášku pošlite na: </w:t>
      </w:r>
      <w:r>
        <w:rPr>
          <w:b/>
        </w:rPr>
        <w:t>miroslava.fabianova@truni.sk</w:t>
      </w:r>
    </w:p>
    <w:p w14:paraId="5AAC875A" w14:textId="77777777" w:rsidR="00CB58F2" w:rsidRDefault="00000000">
      <w:pPr>
        <w:spacing w:after="160"/>
      </w:pPr>
      <w:r>
        <w:rPr>
          <w:b/>
          <w:sz w:val="26"/>
        </w:rPr>
        <w:t>Alternatívne poštou</w:t>
      </w:r>
      <w:r>
        <w:br/>
        <w:t>Ing. Miroslava Fabianová</w:t>
      </w:r>
      <w:r>
        <w:br/>
        <w:t>Teologická fakulta Trnavskej univerzity</w:t>
      </w:r>
      <w:r>
        <w:br/>
        <w:t>Kostolná 1, P. O. Box 173</w:t>
      </w:r>
      <w:r>
        <w:br/>
        <w:t>814 99 Bratislava</w:t>
      </w:r>
    </w:p>
    <w:p w14:paraId="27D163B6" w14:textId="77777777" w:rsidR="00CB58F2" w:rsidRDefault="00000000">
      <w:pPr>
        <w:spacing w:after="160"/>
      </w:pPr>
      <w:r>
        <w:t xml:space="preserve">Ak potrebujete niečo k prihláseniu alebo výberu programu konzultovať, môžete zavolať na </w:t>
      </w:r>
      <w:r>
        <w:rPr>
          <w:b/>
        </w:rPr>
        <w:t>02/52 77 54 31</w:t>
      </w:r>
      <w:r>
        <w:t xml:space="preserve"> v čase 11.00 – 12.00.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CB58F2" w14:paraId="1E6D4546" w14:textId="77777777">
        <w:trPr>
          <w:jc w:val="center"/>
        </w:trPr>
        <w:tc>
          <w:tcPr>
            <w:tcW w:w="10370" w:type="dxa"/>
            <w:shd w:val="clear" w:color="auto" w:fill="EDEDED"/>
            <w:tcMar>
              <w:top w:w="125" w:type="dxa"/>
              <w:left w:w="145" w:type="dxa"/>
              <w:bottom w:w="125" w:type="dxa"/>
              <w:right w:w="145" w:type="dxa"/>
            </w:tcMar>
          </w:tcPr>
          <w:p w14:paraId="26EAF2B1" w14:textId="77777777" w:rsidR="00CB58F2" w:rsidRDefault="00000000">
            <w:pPr>
              <w:spacing w:after="0"/>
            </w:pPr>
            <w:r>
              <w:rPr>
                <w:b/>
                <w:color w:val="2D2D2D"/>
                <w:sz w:val="28"/>
              </w:rPr>
              <w:t>4. Poplatok a platobné údaje</w:t>
            </w:r>
          </w:p>
        </w:tc>
      </w:tr>
    </w:tbl>
    <w:p w14:paraId="61074128" w14:textId="77777777" w:rsidR="00CB58F2" w:rsidRDefault="00CB58F2">
      <w:pPr>
        <w:spacing w:after="20"/>
      </w:pPr>
    </w:p>
    <w:p w14:paraId="6E5B743E" w14:textId="77777777" w:rsidR="00CB58F2" w:rsidRDefault="00000000">
      <w:pPr>
        <w:spacing w:after="140"/>
      </w:pPr>
      <w:r>
        <w:rPr>
          <w:b/>
        </w:rPr>
        <w:t>Poplatok za semestrálny cyklus desiatich 90-minútových stretnutí je 39 €.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350"/>
      </w:tblGrid>
      <w:tr w:rsidR="00CB58F2" w14:paraId="717FEB48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5877120" w14:textId="77777777" w:rsidR="00CB58F2" w:rsidRDefault="00000000">
            <w:pPr>
              <w:spacing w:after="0"/>
            </w:pPr>
            <w:r>
              <w:rPr>
                <w:b/>
              </w:rPr>
              <w:t>IBAN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80BA32D" w14:textId="77777777" w:rsidR="00CB58F2" w:rsidRDefault="00000000">
            <w:pPr>
              <w:spacing w:after="0"/>
            </w:pPr>
            <w:r>
              <w:t>SK13 8180 0000 0070 0024 1236</w:t>
            </w:r>
          </w:p>
        </w:tc>
      </w:tr>
      <w:tr w:rsidR="00CB58F2" w14:paraId="1D72F73B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37225C3" w14:textId="77777777" w:rsidR="00CB58F2" w:rsidRDefault="00000000">
            <w:pPr>
              <w:spacing w:after="0"/>
            </w:pPr>
            <w:r>
              <w:rPr>
                <w:b/>
              </w:rPr>
              <w:t>Názov účtu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D1F8660" w14:textId="77777777" w:rsidR="00CB58F2" w:rsidRDefault="00000000">
            <w:pPr>
              <w:spacing w:after="0"/>
            </w:pPr>
            <w:r>
              <w:t>Trnavská univerzita v Trnave</w:t>
            </w:r>
          </w:p>
        </w:tc>
      </w:tr>
      <w:tr w:rsidR="00CB58F2" w14:paraId="60681B09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E834A8E" w14:textId="77777777" w:rsidR="00CB58F2" w:rsidRDefault="00000000">
            <w:pPr>
              <w:spacing w:after="0"/>
            </w:pPr>
            <w:r>
              <w:rPr>
                <w:b/>
              </w:rPr>
              <w:t>Variabilný symbol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DD0054C" w14:textId="77777777" w:rsidR="00CB58F2" w:rsidRDefault="00000000">
            <w:pPr>
              <w:spacing w:after="0"/>
            </w:pPr>
            <w:r>
              <w:t>7104000600</w:t>
            </w:r>
          </w:p>
        </w:tc>
      </w:tr>
      <w:tr w:rsidR="00CB58F2" w14:paraId="68A367CD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4E20DCD" w14:textId="77777777" w:rsidR="00CB58F2" w:rsidRDefault="00000000">
            <w:pPr>
              <w:spacing w:after="0"/>
            </w:pPr>
            <w:r>
              <w:rPr>
                <w:b/>
              </w:rPr>
              <w:t>Špecifický symbol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F3829AB" w14:textId="77777777" w:rsidR="00CB58F2" w:rsidRDefault="00000000">
            <w:pPr>
              <w:spacing w:after="0"/>
            </w:pPr>
            <w:r>
              <w:t>49906</w:t>
            </w:r>
          </w:p>
        </w:tc>
      </w:tr>
      <w:tr w:rsidR="00CB58F2" w14:paraId="557D3E55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FD205C7" w14:textId="77777777" w:rsidR="00CB58F2" w:rsidRDefault="00000000">
            <w:pPr>
              <w:spacing w:after="0"/>
            </w:pPr>
            <w:r>
              <w:rPr>
                <w:b/>
              </w:rPr>
              <w:t>Konštantný symbol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7348920" w14:textId="77777777" w:rsidR="00CB58F2" w:rsidRDefault="00000000">
            <w:pPr>
              <w:spacing w:after="0"/>
            </w:pPr>
            <w:r>
              <w:t>0308</w:t>
            </w:r>
          </w:p>
        </w:tc>
      </w:tr>
      <w:tr w:rsidR="00CB58F2" w14:paraId="3A4DC07F" w14:textId="77777777">
        <w:trPr>
          <w:jc w:val="center"/>
        </w:trPr>
        <w:tc>
          <w:tcPr>
            <w:tcW w:w="3402" w:type="dxa"/>
            <w:shd w:val="clear" w:color="auto" w:fill="F3F3F3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0CD1513" w14:textId="77777777" w:rsidR="00CB58F2" w:rsidRDefault="00000000">
            <w:pPr>
              <w:spacing w:after="0"/>
            </w:pPr>
            <w:r>
              <w:rPr>
                <w:b/>
              </w:rPr>
              <w:t>Správa pre prijímateľa</w:t>
            </w:r>
          </w:p>
        </w:tc>
        <w:tc>
          <w:tcPr>
            <w:tcW w:w="6350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6AE5DB6" w14:textId="77777777" w:rsidR="00CB58F2" w:rsidRDefault="00000000">
            <w:pPr>
              <w:spacing w:after="0"/>
            </w:pPr>
            <w:r>
              <w:t>Vaše meno – UTV – BA – názov programu / ročník</w:t>
            </w:r>
          </w:p>
        </w:tc>
      </w:tr>
    </w:tbl>
    <w:p w14:paraId="53DE9683" w14:textId="77777777" w:rsidR="00CB58F2" w:rsidRDefault="00000000">
      <w:pPr>
        <w:spacing w:before="160" w:after="60"/>
      </w:pPr>
      <w:r>
        <w:rPr>
          <w:b/>
        </w:rPr>
        <w:t>Prihlásenie je dokončené po doručení vyplnenej prihlášky a úhrade poplatku.</w:t>
      </w:r>
    </w:p>
    <w:p w14:paraId="1D40F948" w14:textId="77777777" w:rsidR="00CB58F2" w:rsidRDefault="00000000">
      <w:pPr>
        <w:spacing w:after="120"/>
      </w:pPr>
      <w:r>
        <w:t>Neúčasť na jednotlivých stretnutiach nezakladá nárok na vrátenie zaplateného poplatku.</w:t>
      </w:r>
    </w:p>
    <w:p w14:paraId="60A802E4" w14:textId="77777777" w:rsidR="00CB58F2" w:rsidRDefault="00000000">
      <w:pPr>
        <w:spacing w:before="200"/>
        <w:jc w:val="center"/>
      </w:pPr>
      <w:r>
        <w:rPr>
          <w:i/>
        </w:rPr>
        <w:t>Teologická fakulta Trnavskej univerzity · Univerzita tretieho veku · Bratislava</w:t>
      </w:r>
    </w:p>
    <w:sectPr w:rsidR="00CB58F2" w:rsidSect="009D0842">
      <w:pgSz w:w="12240" w:h="15840"/>
      <w:pgMar w:top="822" w:right="935" w:bottom="284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6567265">
    <w:abstractNumId w:val="8"/>
  </w:num>
  <w:num w:numId="2" w16cid:durableId="1187910477">
    <w:abstractNumId w:val="6"/>
  </w:num>
  <w:num w:numId="3" w16cid:durableId="72053347">
    <w:abstractNumId w:val="5"/>
  </w:num>
  <w:num w:numId="4" w16cid:durableId="1456829740">
    <w:abstractNumId w:val="4"/>
  </w:num>
  <w:num w:numId="5" w16cid:durableId="1831213570">
    <w:abstractNumId w:val="7"/>
  </w:num>
  <w:num w:numId="6" w16cid:durableId="1326788413">
    <w:abstractNumId w:val="3"/>
  </w:num>
  <w:num w:numId="7" w16cid:durableId="1608806897">
    <w:abstractNumId w:val="2"/>
  </w:num>
  <w:num w:numId="8" w16cid:durableId="1939218793">
    <w:abstractNumId w:val="1"/>
  </w:num>
  <w:num w:numId="9" w16cid:durableId="29733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2644"/>
    <w:rsid w:val="009D0842"/>
    <w:rsid w:val="00AA1D8D"/>
    <w:rsid w:val="00B47730"/>
    <w:rsid w:val="00CB0664"/>
    <w:rsid w:val="00CB58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E3B96"/>
  <w14:defaultImageDpi w14:val="300"/>
  <w15:docId w15:val="{28289029-ED86-4BCE-A1B2-96327CA4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80" w:line="252" w:lineRule="auto"/>
    </w:pPr>
    <w:rPr>
      <w:rFonts w:ascii="Aptos" w:hAnsi="Aptos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Petra Žuffová</cp:lastModifiedBy>
  <cp:revision>2</cp:revision>
  <dcterms:created xsi:type="dcterms:W3CDTF">2013-12-23T23:15:00Z</dcterms:created>
  <dcterms:modified xsi:type="dcterms:W3CDTF">2026-08-31T14:36:00Z</dcterms:modified>
  <cp:category/>
</cp:coreProperties>
</file>